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5F3DC4"/>
          <w:sz w:val="44"/>
          <w:rtl w:val="1"/>
          <w:rFonts w:ascii="Arial" w:hAnsi="Arial" w:cs="Arial"/>
          <w:bCs/>
          <w:szCs w:val="44"/>
        </w:rPr>
        <w:t>🎞️ מצגת – כרטיסיות ניווט בטקסט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1: 🧭 כרטיסיות ניווט – איך מתמודדים עם טקסט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מסלול של 4 תחנות לכל טקסט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חט״ב · יצרה: רוית ראש בן ישי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2: 🤔 מה עושים כשמקבלים טקסט חדש?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קוראים מהר עד הסוף?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מתחילים מהשאלות?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מתייאשים?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היום נבנה מפה – כמו נווטים!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3: 🗺️ המסלול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🧭 לפני הקריאה – מתכוננים למסע: מה מחכה לי?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🚶 בזמן הקריאה – הולכים בדרך: עוצרים, מסמנים, שואלים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🏁 אחרי הקריאה – מגיעים ליעד: מסכמים ועונים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🆘 כרטיסי SOS – נתקעתם? כרטיס חילוץ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4: 🧭 תחנה: לפני הקריאה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🏷️ כותרת – מה היא מבטיחה?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🗂️ סריקה: מבנה וכותרות משנה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🖼️ תמונה, איור, גרף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🔮 ניבוי – מה יהיה בטקסט?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🎯 סוגה ומטרה – איזה טקסט זה?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🧠 ידע קודם – מה כבר ידוע לי?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5: 🚶 תחנה: בזמן הקריאה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💡 הרעיון המרכזי בפסקה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🖍️ סימון מילות מפתח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🧩 מילה לא מוכרת – מבינים מההקשר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🔗 מילות קישור – תמרורים בטקסט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⚖️ עובדה או דעה?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❓ שואלים תוך כדי קריאה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🎬 רואים את זה בדמיון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🚦 עוצרים ובודקים: הבנתי?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6: 🏁 תחנה: אחרי הקריאה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📝 סיכום קצר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🗺️ מפת הטקסט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🔍 שאלת איתור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🤔 שאלת הבנה ופרשנות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🕵️ שאלת הסקה – בין השורות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🔄 שאלת השוואה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🗣️ שאלת עמדה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📖 קוראים את השאלה נכון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📌 ראיה מהטקסט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✍️ תשובה מלאה: טענה + נימוק + דוגמה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7: 🆘 תחנה: כרטיסי SOS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🆘 נתקעתי!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📏 טקסט ארוך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🧱 מילה קשה מאוד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⏱️ ניהול זמן במבחן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😮‍💨 לחץ? רגע של נשימה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✅ בדיקה לפני הגשה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8: 🏷️ B1 · כותרת – מה היא מבטיחה?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קראו את הכותרת ואת כותרת המשנה לפני הטקסט. שאלו: על מה הטקסט, ומה הוא מבטיח לספר לי?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🌱 הכותרת "גינה על הגג" מציגה את הנושא. כותרת המשנה "איך גג מאובק הפך לכיתה ירוקה" מבטיחה סיפור של שינוי – לפני ואחרי.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✋ השלימו: "לדעתי הטקסט יספר על…"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9: 🧩 D3 · מילה לא מוכרת – מבינים מההקשר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אל תיעצרו! קראו את המשפט שלפני ואחרי, חפשו רמזים (דוגמה, הסבר, ניגוד), נסו להחליף במילה אחרת ובדקו אם המשפט עדיין הגיוני.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🌱 "צמחים על גג סופגים חלק מקרני השמש" – מה זה "סופגים"? ההמשך: "ולכן הם יכולים להפחית את החום" ← סופגים = קולטים, לוקחים לתוכם.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✋ בחרו מילה לא מוכרת, כתבו ניחוש – ובדקו במילון.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10: 🔗 D4 · מילות קישור – תמרורים בטקסט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מילות קישור מראות את הקשר בין רעיונות: הוספה (בנוסף, גם), ניגוד (אבל, עם זאת), סיבה (כי, מפני ש), תוצאה (לכן, כך ש), דוגמה (למשל).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🌱 "עם זאת, לא הכול פשוט" – ניגוד: אחרי היתרונות מגיעים הקשיים. "לכן הקימו תורנות" – תוצאה של הקושי.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✋ הקיפו 3 מילות קישור וכתבו ליד כל אחת: ➕ הוספה / ↔️ ניגוד / ❓ סיבה / ➡️ תוצאה.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11: ⚖️ D5 · עובדה או דעה?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עובדה אפשר לבדוק ולהוכיח. דעה היא מה שמישהו חושב או מרגיש. שימו לב למילים כמו "לדעתי", "הכי", "נפלא", "צריך".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🌱 עובדה: "צומחים בו עגבניות, נענע וחמניות." דעה: "זה הדבר הכי טוב שקרה לבית הספר" (נוי).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✋ מצאו עובדה אחת ודעה אחת, וסמנו ע / ד.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12: 🕵️ A5 · שאלת הסקה – בין השורות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התשובה לא כתובה במפורש. חברו רמזים מהטקסט ועוד מה שידוע לכם – והגיעו למסקנה. תמיד הצביעו על הרמז.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🌱 "מה אפשר להסיק על התלמידים?" רמז: הם מצאו פתרון לבעיה (תורנות) ← מסקנה: הם אחראים ויודעים לעבוד יחד.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✋ השלימו: "בטקסט כתוב ___, ולכן אפשר להסיק ש___."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13: 📖 A8 · קוראים את השאלה נכון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לפני שעונים – סמנו את מילת ההוראה ואת מספר הפרטים. ציינו = בקצרה · הסבירו = למה/איך · הביאו דוגמה = מהטקסט · נמקו = כי… · השוו = דומה ושונה.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🌱 "ציינו שני יתרונות של הגינה והסבירו אחד מהם." ← שני חלקים: רשימה של 2 יתרונות + הסבר לאחד מהם.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✋ בכל שאלה הקיפו את מילת ההוראה ומתחו קו מתחת למספר.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14: ✍️ תשובה מלאה = טנ״ד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טענה – משפט שעונה ישירות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נימוק – כי…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דוגמה – למשל… / בפסקה __ כתוב…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15: 🔍 5 סוגי שאלות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איתור – כתוב במפורש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הבנה – במילים שלי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הסקה – בין השורות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השוואה – דומה ושונה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עמדה – דעה + נימוק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16: 🆘 נתקעתם? כרטיסי SOS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🆘 נתקעתי!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📏 טקסט ארוך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🧱 מילה קשה מאוד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⏱️ ניהול זמן במבחן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😮‍💨 לחץ? רגע של נשימה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✅ בדיקה לפני הגשה</w:t>
      </w:r>
    </w:p>
    <w:p>
      <w:pPr>
        <w:pStyle w:val="Heading2"/>
        <w:bidi w:val="1"/>
        <w:jc w:val="right"/>
      </w:pPr>
      <w:r>
        <w:rPr>
          <w:b/>
          <w:color w:val="1F2340"/>
          <w:sz w:val="27"/>
          <w:rtl w:val="1"/>
          <w:rFonts w:ascii="Arial" w:hAnsi="Arial" w:cs="Arial"/>
          <w:bCs/>
          <w:szCs w:val="27"/>
        </w:rPr>
        <w:t>שקופית 17: 🏁 עכשיו תורכם!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מסע מודרך על 3 טקסטים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משחק: איזה כרטיס מתאים?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כרטיס יציאה: כרטיס אחד שאשתמש בו מחר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🧭 כרטיסיות ניווט בטקסט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מצגת – כרטיסיות ניווט בטקסט (גרסת טקסט)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